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Statement of Work (SAMPLE)</w:t>
      </w:r>
    </w:p>
    <w:p>
      <w:r>
        <w:rPr>
          <w:i/>
          <w:sz w:val="20"/>
        </w:rPr>
        <w:t>Fictional SAMPLE SOW — not a real engagement or legal advice.</w:t>
      </w:r>
    </w:p>
    <w:p>
      <w:r>
        <w:t>Client: Brightside Cafe Group</w:t>
      </w:r>
    </w:p>
    <w:p>
      <w:r>
        <w:t>Provider: Meridian Supply Co.</w:t>
      </w:r>
    </w:p>
    <w:p>
      <w:r>
        <w:t>Effective Date: 2026-04-01 · End Date: 2026-06-30</w:t>
      </w:r>
    </w:p>
    <w:p>
      <w:pPr>
        <w:pStyle w:val="Heading1"/>
      </w:pPr>
      <w:r>
        <w:t>1. Scope</w:t>
      </w:r>
    </w:p>
    <w:p>
      <w:r>
        <w:t>Provider will deliver SAMPLE catalogue photography fixtures and a documented hand-off package.</w:t>
      </w:r>
    </w:p>
    <w:p>
      <w:pPr>
        <w:pStyle w:val="Heading1"/>
      </w:pPr>
      <w:r>
        <w:t>2. Deliverables</w:t>
      </w:r>
    </w:p>
    <w:p>
      <w:pPr>
        <w:pStyle w:val="ListNumber"/>
      </w:pPr>
      <w:r>
        <w:t>Shot list (CSV)</w:t>
      </w:r>
    </w:p>
    <w:p>
      <w:pPr>
        <w:pStyle w:val="ListNumber"/>
      </w:pPr>
      <w:r>
        <w:t>Edited asset set (ZIP)</w:t>
      </w:r>
    </w:p>
    <w:p>
      <w:pPr>
        <w:pStyle w:val="ListNumber"/>
      </w:pPr>
      <w:r>
        <w:t>Usage notes (Markdown)</w:t>
      </w:r>
    </w:p>
    <w:p>
      <w:pPr>
        <w:pStyle w:val="Heading1"/>
      </w:pPr>
      <w:r>
        <w:t>3. Fees</w:t>
      </w:r>
    </w:p>
    <w:p>
      <w:r>
        <w:t>Fixed fee: USD 4,800 SAMPLE. Expenses pre-approved in writing.</w:t>
      </w:r>
    </w:p>
    <w:p>
      <w:pPr>
        <w:pStyle w:val="Heading1"/>
      </w:pPr>
      <w:r>
        <w:t>4. Acceptance</w:t>
      </w:r>
    </w:p>
    <w:p>
      <w:r>
        <w:t>Client has five (5) business days to accept or request SAMPLE revisions.</w:t>
      </w:r>
    </w:p>
    <w:p>
      <w:r>
        <w:t>Signatures: Client ____________  Provider 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Novus Examples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2026-01-01T00:00:00Z</dcterms:modified>
  <cp:category/>
</cp:coreProperties>
</file>