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Offer Letter (SAMPLE)</w:t>
      </w:r>
    </w:p>
    <w:p>
      <w:r>
        <w:t>Dear Avery Brooks,</w:t>
      </w:r>
    </w:p>
    <w:p>
      <w:r>
        <w:t>Meridian Supply Co. is pleased to offer you the SAMPLE role of Operations Coordinator, starting 2026-05-12, at an annual SAMPLE salary of USD 68,000.</w:t>
      </w:r>
    </w:p>
    <w:p>
      <w:r>
        <w:t>This letter is fictional SAMPLE content for HR document tooling — not a real offer.</w:t>
      </w:r>
    </w:p>
    <w:p>
      <w:r>
        <w:t>Sincerely,</w:t>
        <w:br/>
        <w:t>Jordan Rivera</w:t>
        <w:br/>
        <w:t>People Operations (SAMPLE)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Novus Examples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2026-01-01T00:00:00Z</dcterms:modified>
  <cp:category/>
</cp:coreProperties>
</file>