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Copper Oven Bakery</w:t>
      </w:r>
    </w:p>
    <w:p>
      <w:r>
        <w:rPr>
          <w:sz w:val="18"/>
        </w:rPr>
        <w:t>Counter menu | prices in CAD | snapshot 2026-09-08</w:t>
      </w:r>
    </w:p>
    <w:p>
      <w:pPr>
        <w:pStyle w:val="Heading1"/>
      </w:pPr>
      <w:r>
        <w:t>Bread counter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Yeasted loaf (1)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7.50 CAD</w:t>
            </w:r>
          </w:p>
        </w:tc>
      </w:tr>
    </w:tbl>
    <w:p>
      <w:pPr>
        <w:pStyle w:val="Heading1"/>
      </w:pPr>
      <w:r>
        <w:t>Viennoiserie and sweet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Butter croissant (1,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4.25 CAD</w:t>
            </w:r>
          </w:p>
        </w:tc>
      </w:tr>
      <w:tr>
        <w:tc>
          <w:tcPr>
            <w:tcW w:type="dxa" w:w="6624"/>
          </w:tcPr>
          <w:p>
            <w:r>
              <w:t>Chocolate bun (1, 6,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4.75 CAD</w:t>
            </w:r>
          </w:p>
        </w:tc>
      </w:tr>
      <w:tr>
        <w:tc>
          <w:tcPr>
            <w:tcW w:type="dxa" w:w="6624"/>
          </w:tcPr>
          <w:p>
            <w:r>
              <w:t>Sweet butter roll (1,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4.50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/files/data/restaurant-costing-v1/restaurant-bakery.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 Oven Bakery counter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